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Düzeltici Faaliyet Formu</w:t>
      </w:r>
    </w:p>
    <w:p>
      <w:r>
        <w:t>Uygunsuzluğun nedenini belirlemek, tekrarını önleyecek faaliyetleri izlemek ve etkinliğini doğrulamak için kullanılır. Alanları Word üzerinde doldurunuz.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trHeight w:val="482"/>
          <w:cantSplit/>
        </w:trPr>
        <w:tc>
          <w:tcPr>
            <w:tcW w:type="dxa" w:w="4535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Kuruluş</w:t>
            </w:r>
          </w:p>
        </w:tc>
        <w:tc>
          <w:tcPr>
            <w:tcW w:type="dxa" w:w="2324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Doküman kodu</w:t>
            </w:r>
          </w:p>
        </w:tc>
        <w:tc>
          <w:tcPr>
            <w:tcW w:type="dxa" w:w="3118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Revizyon ve tarih</w:t>
            </w:r>
          </w:p>
        </w:tc>
      </w:tr>
      <w:tr>
        <w:trPr>
          <w:trHeight w:val="482"/>
          <w:cantSplit/>
        </w:trPr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1"/>
                <w:alias w:val="Kuruluş adı"/>
                <w:text w:multiLine="1"/>
              </w:sdtPr>
              <w:sdtContent>
                <w:r>
                  <w:rPr>
                    <w:color w:val="707070"/>
                  </w:rPr>
                  <w:t>[ Kuruluş adı ]</w:t>
                </w:r>
              </w:sdtContent>
            </w:sdt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2"/>
                <w:alias w:val="Kod"/>
                <w:text w:multiLine="1"/>
              </w:sdtPr>
              <w:sdtContent>
                <w:r>
                  <w:rPr>
                    <w:color w:val="707070"/>
                  </w:rPr>
                  <w:t>[ Kod ]</w:t>
                </w:r>
              </w:sdtContent>
            </w:sdt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3"/>
                <w:alias w:val="Revizyon / tarih"/>
                <w:text w:multiLine="1"/>
              </w:sdtPr>
              <w:sdtContent>
                <w:r>
                  <w:rPr>
                    <w:color w:val="707070"/>
                  </w:rPr>
                  <w:t>[ Revizyon / tarih ]</w:t>
                </w:r>
              </w:sdtContent>
            </w:sdt>
          </w:p>
        </w:tc>
      </w:tr>
    </w:tbl>
    <w:p>
      <w:pPr>
        <w:pStyle w:val="Heading1"/>
      </w:pPr>
      <w:r>
        <w:t>1 Kayıt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trHeight w:val="482"/>
          <w:cantSplit/>
        </w:trPr>
        <w:tc>
          <w:tcPr>
            <w:tcW w:type="dxa" w:w="2324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Faaliyet numarası</w:t>
            </w:r>
          </w:p>
        </w:tc>
        <w:tc>
          <w:tcPr>
            <w:tcW w:type="dxa" w:w="2324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Açılış tarihi</w:t>
            </w:r>
          </w:p>
        </w:tc>
        <w:tc>
          <w:tcPr>
            <w:tcW w:type="dxa" w:w="5329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Bölüm veya süreç</w:t>
            </w:r>
          </w:p>
        </w:tc>
      </w:tr>
      <w:tr>
        <w:trPr>
          <w:trHeight w:val="482"/>
          <w:cantSplit/>
        </w:trPr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4"/>
                <w:alias w:val="Faaliyet no"/>
                <w:text w:multiLine="1"/>
              </w:sdtPr>
              <w:sdtContent>
                <w:r>
                  <w:rPr>
                    <w:color w:val="707070"/>
                  </w:rPr>
                  <w:t>[ Faaliyet no ]</w:t>
                </w:r>
              </w:sdtContent>
            </w:sdt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5"/>
                <w:alias w:val="Tarih"/>
                <w:text w:multiLine="1"/>
              </w:sdtPr>
              <w:sdtContent>
                <w:r>
                  <w:rPr>
                    <w:color w:val="707070"/>
                  </w:rPr>
                  <w:t>[ Tarih ]</w:t>
                </w:r>
              </w:sdtContent>
            </w:sdt>
          </w:p>
        </w:tc>
        <w:tc>
          <w:tcPr>
            <w:tcW w:type="dxa" w:w="532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6"/>
                <w:alias w:val="Bölüm / süreç"/>
                <w:text w:multiLine="1"/>
              </w:sdtPr>
              <w:sdtContent>
                <w:r>
                  <w:rPr>
                    <w:color w:val="707070"/>
                  </w:rPr>
                  <w:t>[ Bölüm / süreç ]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482"/>
          <w:cantSplit/>
        </w:trPr>
        <w:tc>
          <w:tcPr>
            <w:tcW w:type="dxa" w:w="4989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Bildiren kişi</w:t>
            </w:r>
          </w:p>
        </w:tc>
        <w:tc>
          <w:tcPr>
            <w:tcW w:type="dxa" w:w="4989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Faaliyet sorumlusu</w:t>
            </w:r>
          </w:p>
        </w:tc>
      </w:tr>
      <w:tr>
        <w:trPr>
          <w:trHeight w:val="482"/>
          <w:cantSplit/>
        </w:trPr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7"/>
                <w:alias w:val="Ad soyad / görev"/>
                <w:text w:multiLine="1"/>
              </w:sdtPr>
              <w:sdtContent>
                <w:r>
                  <w:rPr>
                    <w:color w:val="707070"/>
                  </w:rPr>
                  <w:t>[ Ad soyad / görev ]</w:t>
                </w:r>
              </w:sdtContent>
            </w:sdt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8"/>
                <w:alias w:val="Ad soyad / görev"/>
                <w:text w:multiLine="1"/>
              </w:sdtPr>
              <w:sdtContent>
                <w:r>
                  <w:rPr>
                    <w:color w:val="707070"/>
                  </w:rPr>
                  <w:t>[ Ad soyad / görev ]</w:t>
                </w:r>
              </w:sdtContent>
            </w:sdt>
          </w:p>
        </w:tc>
      </w:tr>
    </w:tbl>
    <w:p>
      <w:pPr>
        <w:spacing w:before="120"/>
      </w:pPr>
      <w:r>
        <w:t>Tespit kaynağı:  ☐ İç denetim   ☐ Dış denetim   ☐ Müşteri şikâyeti</w:t>
        <w:br/>
        <w:t>☐ Süreç kontrolü   ☐ Ürün / hizmet kontrolü   ☐ Diğer: __________</w:t>
      </w:r>
    </w:p>
    <w:p>
      <w:pPr>
        <w:pStyle w:val="Heading1"/>
      </w:pPr>
      <w:r>
        <w:t>2 Uygunsuzluk tanımı</w:t>
      </w:r>
    </w:p>
    <w:p>
      <w:pPr>
        <w:spacing w:after="100"/>
      </w:pPr>
      <w:r>
        <w:rPr>
          <w:sz w:val="18"/>
        </w:rPr>
        <w:t>Ne oldu, nerede ve ne zaman tespit edildi? İlgili gerekliliği, kayıt numarasını ve nesnel kanıtları belirtiniz.</w:t>
      </w:r>
    </w:p>
    <w:p>
      <w:pPr>
        <w:spacing w:after="0"/>
      </w:pPr>
      <w:sdt>
        <w:sdtPr>
          <w:tag w:val="alan_9"/>
          <w:alias w:val="Açıklama ve kanıtları yazınız"/>
          <w:text w:multiLine="1"/>
        </w:sdtPr>
        <w:sdtContent>
          <w:r>
            <w:rPr>
              <w:color w:val="707070"/>
            </w:rPr>
            <w:t>[ Açıklama ve kanıtları yazınız ]</w:t>
          </w:r>
        </w:sdtContent>
      </w:sdt>
      <w:r>
        <w:br/>
      </w:r>
      <w:r>
        <w:br/>
      </w:r>
    </w:p>
    <w:p>
      <w:pPr>
        <w:pStyle w:val="Heading1"/>
      </w:pPr>
      <w:r>
        <w:t>3 İlk müdahale ve düzeltme</w:t>
      </w:r>
    </w:p>
    <w:p>
      <w:pPr>
        <w:spacing w:after="100"/>
      </w:pPr>
      <w:r>
        <w:rPr>
          <w:sz w:val="18"/>
        </w:rPr>
        <w:t>Mevcut uygunsuzluğu gidermek veya etkisini sınırlamak için yapılan işlemleri, kapsamını, sorumlusunu ve tarihini yazınız.</w:t>
      </w:r>
    </w:p>
    <w:p>
      <w:pPr>
        <w:spacing w:after="0"/>
      </w:pPr>
      <w:sdt>
        <w:sdtPr>
          <w:tag w:val="alan_10"/>
          <w:alias w:val="Açıklama ve kanıtları yazınız"/>
          <w:text w:multiLine="1"/>
        </w:sdtPr>
        <w:sdtContent>
          <w:r>
            <w:rPr>
              <w:color w:val="707070"/>
            </w:rPr>
            <w:t>[ Açıklama ve kanıtları yazınız ]</w:t>
          </w:r>
        </w:sdtContent>
      </w:sdt>
      <w:r>
        <w:br/>
      </w:r>
      <w:r>
        <w:br/>
      </w:r>
    </w:p>
    <w:p>
      <w:pPr>
        <w:pStyle w:val="Heading1"/>
      </w:pPr>
      <w:r>
        <w:t>4 Kök neden analizi</w:t>
      </w:r>
    </w:p>
    <w:p>
      <w:pPr>
        <w:spacing w:after="100"/>
      </w:pPr>
      <w:r>
        <w:rPr>
          <w:sz w:val="18"/>
        </w:rPr>
        <w:t>Uygunsuzluğun neden oluştuğunu kanıtlarla açıklayınız. Kullanılan yöntemi ve benzer süreçlerde aynı durumun bulunup bulunmadığını belirtiniz.</w:t>
      </w:r>
    </w:p>
    <w:p>
      <w:pPr>
        <w:spacing w:after="80"/>
      </w:pPr>
      <w:r>
        <w:t xml:space="preserve">Kullanılan analiz yöntemi veya yöntemleri seçiniz:</w:t>
      </w:r>
    </w:p>
    <w:p>
      <w:pPr>
        <w:spacing w:after="70"/>
        <w:keepNext/>
      </w:pPr>
      <w:sdt>
        <w:sdtPr>
          <w:id w:val="30001"/>
          <w:alias w:val="5 Neden Analizi"/>
          <w:tag w:val="kok_neden_yontem_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sz w:val="18"/>
          <w:b/>
        </w:rPr>
        <w:t xml:space="preserve"> 5 Neden Analizi</w:t>
      </w:r>
      <w:r>
        <w:br/>
      </w:r>
      <w:r>
        <w:rPr>
          <w:sz w:val="18"/>
        </w:rPr>
        <w:t xml:space="preserve">“Neden?” sorusunu ardışık sorarak görünen sorunun altındaki nedenleri araştırır.</w:t>
      </w:r>
    </w:p>
    <w:p>
      <w:pPr>
        <w:spacing w:after="70"/>
        <w:keepNext/>
      </w:pPr>
      <w:sdt>
        <w:sdtPr>
          <w:id w:val="30002"/>
          <w:alias w:val="Balık Kılçığı Diyagramı (Ishikawa)"/>
          <w:tag w:val="kok_neden_yontem_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sz w:val="18"/>
          <w:b/>
        </w:rPr>
        <w:t xml:space="preserve"> Balık Kılçığı Diyagramı (Ishikawa)</w:t>
      </w:r>
      <w:r>
        <w:br/>
      </w:r>
      <w:r>
        <w:rPr>
          <w:sz w:val="18"/>
        </w:rPr>
        <w:t xml:space="preserve">Olası nedenleri insan, makine, yöntem, malzeme gibi başlıklarda toplar.</w:t>
      </w:r>
    </w:p>
    <w:p>
      <w:pPr>
        <w:spacing w:after="70"/>
        <w:keepNext/>
      </w:pPr>
      <w:sdt>
        <w:sdtPr>
          <w:id w:val="30004"/>
          <w:alias w:val="Hata Ağacı Analizi (FTA)"/>
          <w:tag w:val="kok_neden_yontem_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sz w:val="18"/>
          <w:b/>
        </w:rPr>
        <w:t xml:space="preserve"> Hata Ağacı Analizi (FTA)</w:t>
      </w:r>
      <w:r>
        <w:br/>
      </w:r>
      <w:r>
        <w:rPr>
          <w:sz w:val="18"/>
        </w:rPr>
        <w:t xml:space="preserve">İstenmeyen sonuca yol açan nedenleri ve nedenlerin birleşimlerini gösterir.</w:t>
      </w:r>
    </w:p>
    <w:p>
      <w:pPr>
        <w:spacing w:after="0"/>
      </w:pPr>
      <w:sdt>
        <w:sdtPr>
          <w:tag w:val="alan_11"/>
          <w:alias w:val="Açıklama ve kanıtları yazınız"/>
          <w:text w:multiLine="1"/>
        </w:sdtPr>
        <w:sdtContent>
          <w:r>
            <w:rPr>
              <w:color w:val="707070"/>
            </w:rPr>
            <w:t>[ Açıklama ve kanıtları yazınız ]</w:t>
          </w:r>
        </w:sdtContent>
      </w:sdt>
      <w:r>
        <w:br/>
      </w:r>
      <w:r>
        <w:br/>
      </w:r>
      <w:r>
        <w:br/>
      </w:r>
    </w:p>
    <w:p>
      <w:r>
        <w:br w:type="page"/>
      </w:r>
    </w:p>
    <w:p>
      <w:pPr>
        <w:pStyle w:val="Heading1"/>
      </w:pPr>
      <w:r>
        <w:t>5 Düzeltici faaliyet planı</w:t>
      </w:r>
    </w:p>
    <w:p>
      <w:r>
        <w:t>Kök nedeni ortadan kaldıracak ve tekrarını önleyecek faaliyetleri tanımlayınız. Her faaliyet için sorumlu, hedef tarih ve tamamlanma kanıtı belirtiniz.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6"/>
        <w:gridCol w:w="1996"/>
        <w:gridCol w:w="1996"/>
        <w:gridCol w:w="1996"/>
        <w:gridCol w:w="1996"/>
      </w:tblGrid>
      <w:tr>
        <w:trPr>
          <w:trHeight w:val="482"/>
          <w:cantSplit/>
        </w:trPr>
        <w:tc>
          <w:tcPr>
            <w:tcW w:type="dxa" w:w="454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No</w:t>
            </w:r>
          </w:p>
        </w:tc>
        <w:tc>
          <w:tcPr>
            <w:tcW w:type="dxa" w:w="3402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Faaliyet</w:t>
            </w:r>
          </w:p>
        </w:tc>
        <w:tc>
          <w:tcPr>
            <w:tcW w:type="dxa" w:w="1701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Sorumlu</w:t>
            </w:r>
          </w:p>
        </w:tc>
        <w:tc>
          <w:tcPr>
            <w:tcW w:type="dxa" w:w="1361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Hedef tarih</w:t>
            </w:r>
          </w:p>
        </w:tc>
        <w:tc>
          <w:tcPr>
            <w:tcW w:type="dxa" w:w="3061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Tamamlanma ve kanıt</w:t>
            </w:r>
          </w:p>
        </w:tc>
      </w:tr>
      <w:tr>
        <w:trPr>
          <w:trHeight w:val="482"/>
          <w:cantSplit/>
        </w:trPr>
        <w:tc>
          <w:tcPr>
            <w:tcW w:type="dxa" w:w="4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12"/>
                <w:alias w:val="No"/>
                <w:text w:multiLine="1"/>
              </w:sdtPr>
              <w:sdtContent>
                <w:r>
                  <w:rPr>
                    <w:color w:val="707070"/>
                  </w:rPr>
                  <w:t>[ No ]</w:t>
                </w:r>
              </w:sdtContent>
            </w:sdt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13"/>
                <w:alias w:val="Faaliyeti yazınız"/>
                <w:text w:multiLine="1"/>
              </w:sdtPr>
              <w:sdtContent>
                <w:r>
                  <w:rPr>
                    <w:color w:val="707070"/>
                  </w:rPr>
                  <w:t>[ Faaliyeti yazınız ]</w:t>
                </w:r>
              </w:sdtContent>
            </w:sdt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14"/>
                <w:alias w:val="Ad soyad"/>
                <w:text w:multiLine="1"/>
              </w:sdtPr>
              <w:sdtContent>
                <w:r>
                  <w:rPr>
                    <w:color w:val="707070"/>
                  </w:rPr>
                  <w:t>[ Ad soyad ]</w:t>
                </w:r>
              </w:sdtContent>
            </w:sdt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15"/>
                <w:alias w:val="Tarih"/>
                <w:text w:multiLine="1"/>
              </w:sdtPr>
              <w:sdtContent>
                <w:r>
                  <w:rPr>
                    <w:color w:val="707070"/>
                  </w:rPr>
                  <w:t>[ Tarih ]</w:t>
                </w:r>
              </w:sdtContent>
            </w:sdt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16"/>
                <w:alias w:val="Tarih / kayıt / ek"/>
                <w:text w:multiLine="1"/>
              </w:sdtPr>
              <w:sdtContent>
                <w:r>
                  <w:rPr>
                    <w:color w:val="707070"/>
                  </w:rPr>
                  <w:t>[ Tarih / kayıt / ek ]</w:t>
                </w:r>
              </w:sdtContent>
            </w:sdt>
          </w:p>
        </w:tc>
      </w:tr>
      <w:tr>
        <w:trPr>
          <w:trHeight w:val="482"/>
          <w:cantSplit/>
        </w:trPr>
        <w:tc>
          <w:tcPr>
            <w:tcW w:type="dxa" w:w="4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17"/>
                <w:alias w:val="No"/>
                <w:text w:multiLine="1"/>
              </w:sdtPr>
              <w:sdtContent>
                <w:r>
                  <w:rPr>
                    <w:color w:val="707070"/>
                  </w:rPr>
                  <w:t>[ No ]</w:t>
                </w:r>
              </w:sdtContent>
            </w:sdt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18"/>
                <w:alias w:val="Faaliyeti yazınız"/>
                <w:text w:multiLine="1"/>
              </w:sdtPr>
              <w:sdtContent>
                <w:r>
                  <w:rPr>
                    <w:color w:val="707070"/>
                  </w:rPr>
                  <w:t>[ Faaliyeti yazınız ]</w:t>
                </w:r>
              </w:sdtContent>
            </w:sdt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19"/>
                <w:alias w:val="Ad soyad"/>
                <w:text w:multiLine="1"/>
              </w:sdtPr>
              <w:sdtContent>
                <w:r>
                  <w:rPr>
                    <w:color w:val="707070"/>
                  </w:rPr>
                  <w:t>[ Ad soyad ]</w:t>
                </w:r>
              </w:sdtContent>
            </w:sdt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20"/>
                <w:alias w:val="Tarih"/>
                <w:text w:multiLine="1"/>
              </w:sdtPr>
              <w:sdtContent>
                <w:r>
                  <w:rPr>
                    <w:color w:val="707070"/>
                  </w:rPr>
                  <w:t>[ Tarih ]</w:t>
                </w:r>
              </w:sdtContent>
            </w:sdt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21"/>
                <w:alias w:val="Tarih / kayıt / ek"/>
                <w:text w:multiLine="1"/>
              </w:sdtPr>
              <w:sdtContent>
                <w:r>
                  <w:rPr>
                    <w:color w:val="707070"/>
                  </w:rPr>
                  <w:t>[ Tarih / kayıt / ek ]</w:t>
                </w:r>
              </w:sdtContent>
            </w:sdt>
          </w:p>
        </w:tc>
      </w:tr>
      <w:tr>
        <w:trPr>
          <w:trHeight w:val="482"/>
          <w:cantSplit/>
        </w:trPr>
        <w:tc>
          <w:tcPr>
            <w:tcW w:type="dxa" w:w="4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22"/>
                <w:alias w:val="No"/>
                <w:text w:multiLine="1"/>
              </w:sdtPr>
              <w:sdtContent>
                <w:r>
                  <w:rPr>
                    <w:color w:val="707070"/>
                  </w:rPr>
                  <w:t>[ No ]</w:t>
                </w:r>
              </w:sdtContent>
            </w:sdt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23"/>
                <w:alias w:val="Faaliyeti yazınız"/>
                <w:text w:multiLine="1"/>
              </w:sdtPr>
              <w:sdtContent>
                <w:r>
                  <w:rPr>
                    <w:color w:val="707070"/>
                  </w:rPr>
                  <w:t>[ Faaliyeti yazınız ]</w:t>
                </w:r>
              </w:sdtContent>
            </w:sdt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24"/>
                <w:alias w:val="Ad soyad"/>
                <w:text w:multiLine="1"/>
              </w:sdtPr>
              <w:sdtContent>
                <w:r>
                  <w:rPr>
                    <w:color w:val="707070"/>
                  </w:rPr>
                  <w:t>[ Ad soyad ]</w:t>
                </w:r>
              </w:sdtContent>
            </w:sdt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25"/>
                <w:alias w:val="Tarih"/>
                <w:text w:multiLine="1"/>
              </w:sdtPr>
              <w:sdtContent>
                <w:r>
                  <w:rPr>
                    <w:color w:val="707070"/>
                  </w:rPr>
                  <w:t>[ Tarih ]</w:t>
                </w:r>
              </w:sdtContent>
            </w:sdt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26"/>
                <w:alias w:val="Tarih / kayıt / ek"/>
                <w:text w:multiLine="1"/>
              </w:sdtPr>
              <w:sdtContent>
                <w:r>
                  <w:rPr>
                    <w:color w:val="707070"/>
                  </w:rPr>
                  <w:t>[ Tarih / kayıt / ek ]</w:t>
                </w:r>
              </w:sdtContent>
            </w:sdt>
          </w:p>
        </w:tc>
      </w:tr>
    </w:tbl>
    <w:p>
      <w:pPr>
        <w:pStyle w:val="Heading1"/>
      </w:pPr>
      <w:r>
        <w:t>6 Etkinlik doğrulama planı</w:t>
      </w:r>
    </w:p>
    <w:p>
      <w:pPr>
        <w:spacing w:after="100"/>
      </w:pPr>
      <w:r>
        <w:rPr>
          <w:sz w:val="18"/>
        </w:rPr>
        <w:t>Başarı ölçütü, kontrol yöntemi, izleme süresi veya örneklem ve planlanan kontrol tarihini faaliyet uygulanmadan önce belirleyiniz.</w:t>
      </w:r>
    </w:p>
    <w:p>
      <w:pPr>
        <w:spacing w:after="0"/>
      </w:pPr>
      <w:sdt>
        <w:sdtPr>
          <w:tag w:val="alan_27"/>
          <w:alias w:val="Açıklama ve kanıtları yazınız"/>
          <w:text w:multiLine="1"/>
        </w:sdtPr>
        <w:sdtContent>
          <w:r>
            <w:rPr>
              <w:color w:val="707070"/>
            </w:rPr>
            <w:t>[ Açıklama ve kanıtları yazınız ]</w:t>
          </w:r>
        </w:sdtContent>
      </w:sdt>
      <w:r>
        <w:br/>
      </w:r>
      <w:r>
        <w:br/>
      </w:r>
    </w:p>
    <w:p>
      <w:pPr>
        <w:pStyle w:val="Heading1"/>
      </w:pPr>
      <w:r>
        <w:t>7 Etkinlik kontrolü sonucu</w:t>
      </w:r>
    </w:p>
    <w:p>
      <w:pPr>
        <w:spacing w:after="100"/>
      </w:pPr>
      <w:r>
        <w:rPr>
          <w:sz w:val="18"/>
        </w:rPr>
        <w:t>Gerçek kontrol tarihini, ölçülen sonucu ve kanıtları yazınız. Uygunsuzluğun tekrar edip etmediğini ve başarı ölçütünün karşılanıp karşılanmadığını belirtiniz.</w:t>
      </w:r>
    </w:p>
    <w:p>
      <w:pPr>
        <w:spacing w:after="0"/>
      </w:pPr>
      <w:sdt>
        <w:sdtPr>
          <w:tag w:val="alan_28"/>
          <w:alias w:val="Açıklama ve kanıtları yazınız"/>
          <w:text w:multiLine="1"/>
        </w:sdtPr>
        <w:sdtContent>
          <w:r>
            <w:rPr>
              <w:color w:val="707070"/>
            </w:rPr>
            <w:t>[ Açıklama ve kanıtları yazınız ]</w:t>
          </w:r>
        </w:sdtContent>
      </w:sdt>
      <w:r>
        <w:br/>
      </w:r>
      <w:r>
        <w:br/>
      </w:r>
    </w:p>
    <w:p>
      <w:r>
        <w:t>Sonuç:  ☐ Etkili   ☐ Etkisiz   ☐ İzleme devam ediyor</w:t>
        <w:br/>
        <w:t>Etkisiz ise ek faaliyet veya yeniden açılan kayıt numarası: __________</w:t>
      </w:r>
    </w:p>
    <w:p>
      <w:pPr>
        <w:pStyle w:val="Heading1"/>
      </w:pPr>
      <w:r>
        <w:t>8 Kapanış ve onay</w:t>
      </w:r>
    </w:p>
    <w:p>
      <w:r>
        <w:t>Durum:  ☐ Açık   ☐ Uygulama tamamlandı   ☐ Kapalı   ☐ Yeniden açıldı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rPr>
          <w:trHeight w:val="482"/>
          <w:cantSplit/>
        </w:trPr>
        <w:tc>
          <w:tcPr>
            <w:tcW w:type="dxa" w:w="2494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Rol</w:t>
            </w:r>
          </w:p>
        </w:tc>
        <w:tc>
          <w:tcPr>
            <w:tcW w:type="dxa" w:w="3061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Ad soyad</w:t>
            </w:r>
          </w:p>
        </w:tc>
        <w:tc>
          <w:tcPr>
            <w:tcW w:type="dxa" w:w="1474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Tarih</w:t>
            </w:r>
          </w:p>
        </w:tc>
        <w:tc>
          <w:tcPr>
            <w:tcW w:type="dxa" w:w="2948"/>
            <w:shd w:fill="EDEDED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r>
              <w:rPr>
                <w:b/>
                <w:sz w:val="18"/>
              </w:rPr>
              <w:t>İmza veya onay</w:t>
            </w:r>
          </w:p>
        </w:tc>
      </w:tr>
      <w:tr>
        <w:trPr>
          <w:trHeight w:val="482"/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r>
              <w:t>Faaliyet sorumlusu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30"/>
                <w:alias w:val="Ad soyad"/>
                <w:text w:multiLine="1"/>
              </w:sdtPr>
              <w:sdtContent>
                <w:r>
                  <w:rPr>
                    <w:color w:val="707070"/>
                  </w:rPr>
                  <w:t>[ Ad soyad ]</w:t>
                </w:r>
              </w:sdtContent>
            </w:sdt>
          </w:p>
        </w:tc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31"/>
                <w:alias w:val="Tarih"/>
                <w:text w:multiLine="1"/>
              </w:sdtPr>
              <w:sdtContent>
                <w:r>
                  <w:rPr>
                    <w:color w:val="707070"/>
                  </w:rPr>
                  <w:t>[ Tarih ]</w:t>
                </w:r>
              </w:sdtContent>
            </w:sdt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32"/>
                <w:alias w:val="İmza / onay"/>
                <w:text w:multiLine="1"/>
              </w:sdtPr>
              <w:sdtContent>
                <w:r>
                  <w:rPr>
                    <w:color w:val="707070"/>
                  </w:rPr>
                  <w:t>[ İmza / onay ]</w:t>
                </w:r>
              </w:sdtContent>
            </w:sdt>
          </w:p>
        </w:tc>
      </w:tr>
      <w:tr>
        <w:trPr>
          <w:trHeight w:val="482"/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r>
              <w:t>Etkinliği doğrulayan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34"/>
                <w:alias w:val="Ad soyad"/>
                <w:text w:multiLine="1"/>
              </w:sdtPr>
              <w:sdtContent>
                <w:r>
                  <w:rPr>
                    <w:color w:val="707070"/>
                  </w:rPr>
                  <w:t>[ Ad soyad ]</w:t>
                </w:r>
              </w:sdtContent>
            </w:sdt>
          </w:p>
        </w:tc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35"/>
                <w:alias w:val="Tarih"/>
                <w:text w:multiLine="1"/>
              </w:sdtPr>
              <w:sdtContent>
                <w:r>
                  <w:rPr>
                    <w:color w:val="707070"/>
                  </w:rPr>
                  <w:t>[ Tarih ]</w:t>
                </w:r>
              </w:sdtContent>
            </w:sdt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36"/>
                <w:alias w:val="İmza / onay"/>
                <w:text w:multiLine="1"/>
              </w:sdtPr>
              <w:sdtContent>
                <w:r>
                  <w:rPr>
                    <w:color w:val="707070"/>
                  </w:rPr>
                  <w:t>[ İmza / onay ]</w:t>
                </w:r>
              </w:sdtContent>
            </w:sdt>
          </w:p>
        </w:tc>
      </w:tr>
      <w:tr>
        <w:trPr>
          <w:trHeight w:val="482"/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r>
              <w:t>Kapanışı onaylayan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38"/>
                <w:alias w:val="Ad soyad"/>
                <w:text w:multiLine="1"/>
              </w:sdtPr>
              <w:sdtContent>
                <w:r>
                  <w:rPr>
                    <w:color w:val="707070"/>
                  </w:rPr>
                  <w:t>[ Ad soyad ]</w:t>
                </w:r>
              </w:sdtContent>
            </w:sdt>
          </w:p>
        </w:tc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39"/>
                <w:alias w:val="Tarih"/>
                <w:text w:multiLine="1"/>
              </w:sdtPr>
              <w:sdtContent>
                <w:r>
                  <w:rPr>
                    <w:color w:val="707070"/>
                  </w:rPr>
                  <w:t>[ Tarih ]</w:t>
                </w:r>
              </w:sdtContent>
            </w:sdt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20" w:line="252" w:lineRule="auto"/>
            </w:pPr>
            <w:sdt>
              <w:sdtPr>
                <w:tag w:val="alan_40"/>
                <w:alias w:val="İmza / onay"/>
                <w:text w:multiLine="1"/>
              </w:sdtPr>
              <w:sdtContent>
                <w:r>
                  <w:rPr>
                    <w:color w:val="707070"/>
                  </w:rPr>
                  <w:t>[ İmza / onay ]</w:t>
                </w:r>
              </w:sdtContent>
            </w:sdt>
          </w:p>
        </w:tc>
      </w:tr>
    </w:tbl>
    <w:p>
      <w:r>
        <w:t>Ekler ve ilgili kayıtlar: ______________________________________________</w:t>
      </w:r>
    </w:p>
    <w:p>
      <w:r>
        <w:rPr>
          <w:sz w:val="18"/>
        </w:rPr>
        <w:t>Kapanış, faaliyetlerin tamamlanması ve etkinliğin kanıtlarla doğrulanması sonrasında onaylanır.</w:t>
      </w:r>
    </w:p>
    <w:sectPr w:rsidR="00FC693F" w:rsidRPr="0006063C" w:rsidSect="00034616">
      <w:footerReference w:type="default" r:id="rId9"/>
      <w:footerReference w:type="first" r:id="rId10"/>
      <w:pgSz w:w="11906" w:h="16838"/>
      <w:pgMar w:top="907" w:right="964" w:bottom="850" w:left="964" w:header="720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color w:val="000000"/>
        <w:sz w:val="20"/>
      </w:rPr>
      <w:fldChar w:fldCharType="begin"/>
    </w:r>
    <w:r>
      <w:rPr>
        <w:rFonts w:ascii="Arial" w:hAnsi="Arial"/>
        <w:color w:val="000000"/>
        <w:sz w:val="20"/>
      </w:rPr>
      <w:instrText xml:space="preserve"> PAGE </w:instrText>
    </w:r>
    <w:r>
      <w:rPr>
        <w:rFonts w:ascii="Arial" w:hAnsi="Arial"/>
        <w:color w:val="000000"/>
        <w:sz w:val="20"/>
      </w:rPr>
      <w:fldChar w:fldCharType="separate"/>
    </w:r>
    <w:r>
      <w:rPr>
        <w:rFonts w:ascii="Arial" w:hAnsi="Arial"/>
        <w:color w:val="000000"/>
        <w:sz w:val="20"/>
      </w:rPr>
      <w:t>2</w:t>
    </w:r>
    <w:r>
      <w:rPr>
        <w:rFonts w:ascii="Arial" w:hAnsi="Arial"/>
        <w:color w:val="000000"/>
        <w:sz w:val="20"/>
      </w:rPr>
      <w:fldChar w:fldCharType="end"/>
    </w:r>
    <w:r>
      <w:rPr>
        <w:rFonts w:ascii="Arial" w:hAnsi="Arial"/>
        <w:color w:val="000000"/>
        <w:sz w:val="20"/>
      </w:rPr>
      <w:t>/</w:t>
    </w:r>
    <w:r>
      <w:rPr>
        <w:rFonts w:ascii="Arial" w:hAnsi="Arial"/>
        <w:color w:val="000000"/>
        <w:sz w:val="20"/>
      </w:rPr>
      <w:fldChar w:fldCharType="begin"/>
    </w:r>
    <w:r>
      <w:rPr>
        <w:rFonts w:ascii="Arial" w:hAnsi="Arial"/>
        <w:color w:val="000000"/>
        <w:sz w:val="20"/>
      </w:rPr>
      <w:instrText xml:space="preserve"> NUMPAGES </w:instrText>
    </w:r>
    <w:r>
      <w:rPr>
        <w:rFonts w:ascii="Arial" w:hAnsi="Arial"/>
        <w:color w:val="000000"/>
        <w:sz w:val="20"/>
      </w:rPr>
      <w:fldChar w:fldCharType="separate"/>
    </w:r>
    <w:r>
      <w:rPr>
        <w:rFonts w:ascii="Arial" w:hAnsi="Arial"/>
        <w:color w:val="000000"/>
        <w:sz w:val="20"/>
      </w:rPr>
      <w:t>2</w:t>
    </w:r>
    <w:r>
      <w:rPr>
        <w:rFonts w:ascii="Arial" w:hAnsi="Arial"/>
        <w:color w:val="000000"/>
        <w:sz w:val="20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color w:val="000000"/>
        <w:sz w:val="20"/>
      </w:rPr>
      <w:fldChar w:fldCharType="begin"/>
    </w:r>
    <w:r>
      <w:rPr>
        <w:rFonts w:ascii="Arial" w:hAnsi="Arial"/>
        <w:color w:val="000000"/>
        <w:sz w:val="20"/>
      </w:rPr>
      <w:instrText xml:space="preserve"> PAGE </w:instrText>
    </w:r>
    <w:r>
      <w:rPr>
        <w:rFonts w:ascii="Arial" w:hAnsi="Arial"/>
        <w:color w:val="000000"/>
        <w:sz w:val="20"/>
      </w:rPr>
      <w:fldChar w:fldCharType="separate"/>
    </w:r>
    <w:r>
      <w:rPr>
        <w:rFonts w:ascii="Arial" w:hAnsi="Arial"/>
        <w:color w:val="000000"/>
        <w:sz w:val="20"/>
      </w:rPr>
      <w:t>1</w:t>
    </w:r>
    <w:r>
      <w:rPr>
        <w:rFonts w:ascii="Arial" w:hAnsi="Arial"/>
        <w:color w:val="000000"/>
        <w:sz w:val="20"/>
      </w:rPr>
      <w:fldChar w:fldCharType="end"/>
    </w:r>
    <w:r>
      <w:rPr>
        <w:rFonts w:ascii="Arial" w:hAnsi="Arial"/>
        <w:color w:val="000000"/>
        <w:sz w:val="20"/>
      </w:rPr>
      <w:t>/</w:t>
    </w:r>
    <w:r>
      <w:rPr>
        <w:rFonts w:ascii="Arial" w:hAnsi="Arial"/>
        <w:color w:val="000000"/>
        <w:sz w:val="20"/>
      </w:rPr>
      <w:fldChar w:fldCharType="begin"/>
    </w:r>
    <w:r>
      <w:rPr>
        <w:rFonts w:ascii="Arial" w:hAnsi="Arial"/>
        <w:color w:val="000000"/>
        <w:sz w:val="20"/>
      </w:rPr>
      <w:instrText xml:space="preserve"> NUMPAGES </w:instrText>
    </w:r>
    <w:r>
      <w:rPr>
        <w:rFonts w:ascii="Arial" w:hAnsi="Arial"/>
        <w:color w:val="000000"/>
        <w:sz w:val="20"/>
      </w:rPr>
      <w:fldChar w:fldCharType="separate"/>
    </w:r>
    <w:r>
      <w:rPr>
        <w:rFonts w:ascii="Arial" w:hAnsi="Arial"/>
        <w:color w:val="000000"/>
        <w:sz w:val="20"/>
      </w:rPr>
      <w:t>2</w:t>
    </w:r>
    <w:r>
      <w:rPr>
        <w:rFonts w:ascii="Arial" w:hAnsi="Arial"/>
        <w:color w:val="000000"/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Düzeltici Faaliyet Formu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